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המקום שלי – היישוב או העיר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הכתיבה על מקום המגורים (היסטוריה, שם, מקומות מיוחדים וקשר אישי)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פסקה לדוגמה ושימוש במסגרת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עובדות על המקום לבין החוויה האישית של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כרם ואל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הכותבת גרה בכרמיאל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מופיע כסעיף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להכיר את המקום עצמו ואת הקשר האישי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כרם 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2. 1964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מגורים כמו עיר או כפר)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(מידע שאפשר לסמוך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(האנשים שגרו במקום בתחילת דרכו)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(מחשבה אישית על חוויה)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מתי ואיך נוסד המקום ומי היו התושבים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פירוש השם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לתאר מקום מיוחד ביישוב ולהסביר למה הוא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מתי ולמה המשפחה הגיעה לגור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תכלול לפחות 4 מהפרטים: שם המקום, שנת ייסוד, פירוש השם, מקום מיוחד עם הסבר, וקשר אישי של התלמיד/ה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שנת ייסוד ושם מייסדים אם 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ונכון למקור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פשוטה: מידע מספר, מסמך או אתר רשמי שאפשר לסמוך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הפסקה על כרמיאל ולבקש מהתלמידים לאתר בה את חמשת מרכיבי מסגרת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לברר מראש עם ההורים פרטים על הגעת המשפחה למקום, לפני מילוי חלק הכתיבה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 או כהעשרה, ואפשר להשמיטם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המקום שלי – היישוב או העיר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זה בעבודת השורשים תלמידים כותבים על היישוב או העיר שבה הם גרים – מתי נוסד, מה פירוש שמו, ומה הקשר האישי שלהם אליו. הדף הזה מתרגל את התוכן של הפרק דרך דוגמה, מילים חשובות ומשימות כתיבה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1964  ·  כרם ואל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נוסדה כרמיאל לפי הפסקה לדוגמה?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1964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מאילו מילים מורכב השם כרמיאל לפי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כרם 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וגליל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גן ועיר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בפסקה לדוגמה הכותבת גרה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הצ'קליסט יש לציין את המקורות שבהם השתמשתם בכתיבה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הפרק היא לכתוב רק על ההיסטוריה של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פירוש השם כרמיאל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כרמיאל נוסדה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מחשבה אישית על חוויה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האנשים שגרו במקום בתחילת דרכו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תושבים ראשונים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מידע שאפשר לסמוך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מגורים כמו עיר או כפר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מתי ולמה המשפחה הגיעה לגור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לתאר מקום מיוחד ביישוב ולהסביר למה הוא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מתי ואיך נוסד המקום ומי היו התושבים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מה פירוש השם של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על המקום שבו אתם גרים, בעזרת מסגרת הכתיבה: שם המקום, מתי נוסד, פירוש השם, מקום מיוחד, ומה אתם אוהבים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ועל ידי מי נוסד המקום שבו אתם 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השם של המקום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המקום שלי – היישוב או העיר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