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עבודת שורשים – 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המקום שלי – היישוב או העיר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מרכיבי הכתיבה על מקום המגורים (היסטוריה, שם, מקומות מיוחדים וקשר אישי)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קריאה והבנה של פסקה לדוגמה ושימוש במסגרת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לחבר בין עובדות על המקום לבין החוויה האישית של הכותב/ת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1964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כרם ואל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מקום שקט וירוק לגדל בו ילדים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להכיר את המקום שבו אני גר/ה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את המקורות שבהם השתמשתי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הכותבת גרה בכרמיאל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מופיע כסעיף בצ'קליסט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המטרה היא להכיר את המקום עצמו ואת הקשר האישי אליו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 אחד המשפטים במסגרת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הוא מספר שהשכונה הייתה גבעה ריקה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זה מופיע כסעיף בצ'קליסט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כרם ואל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2. 1964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פארק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(מקום מגורים כמו עיר או כפר)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(מידע שאפשר לסמוך עליו)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(האנשים שגרו במקום בתחילת דרכו)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(מחשבה אישית על חוויה)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(חלק קטן מתוך עיר או יישוב)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לכתוב מתי ואיך נוסד המקום ומי היו התושבים הראשונים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להסביר מה פירוש השם של המקום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לתאר מקום מיוחד ביישוב ולהסביר למה הוא מיוחד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לכתוב מתי ולמה המשפחה הגיעה לגור כאן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לכתוב מה אני אוהב/ת במקום ומה הייתי משנה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התשובה תכלול לפחות 4 מהפרטים: שם המקום, שנת ייסוד, פירוש השם, מקום מיוחד עם הסבר, וקשר אישי של התלמיד/ה למקום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 שהמידע יהיה מדויק ואמין, ולא מבוסס רק על זיכרון או ניחוש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עם שנת ייסוד ושם מייסדים אם ידוע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קצר ונכון למקור השם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 פשוטה: מידע מספר, מסמך או אתר רשמי שאפשר לסמוך עליו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בקריאת הפסקה על כרמיאל ולבקש מהתלמידים לאתר בה את חמשת מרכיבי מסגרת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תלמידים לברר מראש עם ההורים פרטים על הגעת המשפחה למקום, לפני מילוי חלק הכתיבה הפתוח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פריטי ה-skip_n מתאימים לתלמידים מתקדמים או כהעשרה, ואפשר להשמיטם בגרסה המותאמת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עבודת שורשים – 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המקום שלי – היישוב או העיר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בפרק הזה כותבים על המקום שגרים בו. דף התרגול עוזר להבין את הדוגמה ואת המילים החשובות, ולתרגל קצת כתיבה.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יישוב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מגורים, כמו עיר, כפר או שכונה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נוסד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הוקם לראשונה, התחיל להתקיים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תושבים ראשונים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האנשים שגרו במקום כשהוא התחיל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מקור אמין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מידע שאפשר לסמוך עליו, כמו ספר או מסמך רשמי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רפלקציה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מחשבה אישית על חוויה או עובדה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שכונה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 קטן יותר מתוך עיר או יישוב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פירוש השם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ההסבר למקור המילה או השם של מקום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נוסדה כרמיאל?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1948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1964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1973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1990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פירוש השם כרמיאל?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כרם ואל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 וגליל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גן ועיר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בית ושלום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ההורים עברו לשם?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עבודה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מקום שקט וירוק לגדל בו 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קרבה למשפחה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לימודים באוניברסיטה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המטרה של הפרק?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לתאר מתכון משפחתי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להכיר את המקום שבו אני גר/ה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לראיין בן או בת 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לתאר חפץ ישן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חשוב לכתוב בסוף העבודה?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תמונה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את המקורות שבהם השתמשתי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ההורים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תאריך לידה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בפסקה לדוגמה הכותבת גרה בירושלים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הצ'קליסט יש לציין את המקורות שבהם השתמשתם בכתיבה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מטרת הפרק היא לכתוב רק על ההיסטוריה של המשפחה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מסגרת הכתיבה כוללת משפט על פירוש השם של המקום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הדוגמה, אבא מספר שכשהגיע השכונה הייתה כבר מלאה בבתים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להוסיף לעבודה תמונה או מפה עם כיתוב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פירוש השם כרמיאל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כרמיאל נוסדה בשנת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ההורים של הכותבת חיפשו מקום __________ וירוק לגדל בו ילדים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הפינה האהובה על הכותבת היא ה__________ שליד הבית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יישוב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האנשים שגרו במקום בתחילת דרכו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מקור אמין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חלק קטן מתוך עיר או יישוב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תושבים ראשונים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מקום מגורים כמו עיר או כפר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רפלקציה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מידע שאפשר לסמוך עליו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שכונה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מחשבה אישית על חוויה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להסביר מה פירוש השם של המקום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לתאר מקום מיוחד ביישוב ולהסביר למה הוא מיוחד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לכתוב מתי ולמה המשפחה הגיעה לגור כאן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לכתוב מה אני אוהב/ת במקום ומה הייתי משנה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לכתוב מתי ואיך נוסד המקום ומי היו התושבים הראשונים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פסקה קצרה על המקום שבו אתם גרים, בעזרת מסגרת הכתיבה: שם המקום, מתי נוסד, פירוש השם, מקום מיוחד, ומה אתם אוהבים בו.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חשוב להשתמש במקורות אמינים כשכותבים על ההיסטוריה של היישוב?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ועל ידי מי נוסד המקום שבו אתם גרים?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פירוש השם של המקום שלכם?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מקור אמין, ולמה חשוב להשתמש בו בעבודת השורשים?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המקום שלי – היישוב או העיר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