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הכתיבה על מקום המגורים (היסטוריה, שם, מקומות מיוחדים וקשר אישי)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פסקה לדוגמה ושימוש במסגרת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עובדות על המקום לבין החוויה האישית של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כרם 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מקום שקט וירוק לגדל בו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להכיר את המקום שבו אני גר/ה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את המקורות שבהם השתמשתי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הכותבת גרה בכרמיאל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מופיע כסעיף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המטרה היא להכיר את המקום עצמו ואת הקשר האישי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המשפטים במסגרת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מספר שהשכונה הייתה גבעה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מופיע כסעיף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כרם 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2. 1964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פארק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מגורים כמו עיר או כפר)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(מידע שאפשר לסמוך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(האנשים שגרו במקום בתחילת דרכו)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(מחשבה אישית על חוויה)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(חלק קטן מתוך עיר או 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מתי ואיך נוסד המקום ומי היו התושבים הראשונים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להסביר מה פירוש השם של המקום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לתאר מקום מיוחד ביישוב ולהסביר למה הוא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מתי ולמה המשפחה הגיעה לגור כאן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מה אני אוהב/ת במקום ומה הייתי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לפחות 4 מהפרטים: שם המקום, שנת ייסוד, פירוש השם, מקום מיוחד עם הסבר, וקשר אישי של התלמיד/ה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שהמידע יהיה מדויק ואמין, ולא מבוסס רק על זיכרון או ניחוש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שנת ייסוד ושם מייסדים אם 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ונכון למקור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פשוטה: מידע מספר, מסמך או אתר רשמי שאפשר לסמוך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הפסקה על כרמיאל ולבקש מהתלמידים לאתר בה את חמשת מרכיבי מסגרת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לברר מראש עם ההורים פרטים על הגעת המשפחה למקום, לפני מילוי 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לתלמידים מתקדמים או כהעשרה, ואפשר להשמיטם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המקום שלי – היישוב או העיר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זה בעבודת השורשים תלמידים כותבים על היישוב או העיר שבה הם גרים – מתי נוסד, מה פירוש שמו, ומה הקשר האישי שלהם אליו. הדף הזה מתרגל את התוכן של הפרק דרך דוגמה, מילים חשובות ומשימות כתיבה קצרות.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נוסדה כרמיאל לפי הפסקה לדוגמה?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מאילו מילים מורכב השם כרמיאל לפי 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כרם 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וגליל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גן ועיר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ושלום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ההורים של הכותבת עברו לכרמיאל?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עבודה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שקט וירוק לגדל בו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קרבה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לימודים באוניברסיטה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המטרה המרכזית של פרק זה בעבודת השורשים?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 את המקום שבו אני גר/ה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לראיין בן או בת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חפץ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לציין לפי הצ'קליסט בסוף הכתיבה?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המקורות שבהם השתמשתי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ההורים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לידה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בפסקה לדוגמה הכותבת גרה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הצ'קליסט יש לציין את המקורות שבהם השתמשתם בכתיבה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הפרק היא לכתוב רק על ההיסטוריה של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מסגרת הכתיבה כוללת משפט על פירוש השם של המקום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הדוגמה, אבא מספר שכשהגיע השכונה הייתה כבר מלאה בבתים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להוסיף לעבודה תמונה או מפה עם כיתוב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פירוש השם כרמיאל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כרמיאל נוסדה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ההורים של הכותבת חיפשו מקום __________ וירוק לגדל בו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הפינה האהובה על הכותבת היא ה__________ שליד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האנשים שגרו במקום בתחילת דרכו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מגורים כמו עיר או כפר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תושבים ראשונים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מידע שאפשר לסמוך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קטן מתוך עיר או 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מחשבה אישית על חוויה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אני אוהב/ת במקום ומה הייתי משנה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מתי ואיך נוסד המקום ומי היו התושבים הראשונים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מתי ולמה המשפחה הגיעה לגור כאן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 פירוש השם של המקום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מקום מיוחד ביישוב ולהסביר למה הוא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המקום שבו אתם גרים, בעזרת מסגרת הכתיבה: שם המקום, מתי נוסד, פירוש השם, מקום מיוחד, ומה אתם אוהבים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להשתמש במקורות אמינים כשכותבים על ההיסטוריה של היישוב?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ועל ידי מי נוסד המקום שבו אתם 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השם של המקום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מקור אמין, ולמה חשוב להשתמש בו בעבודת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המקום שלי – היישוב או העיר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